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461A" w14:textId="77777777" w:rsidR="00E31F95" w:rsidRDefault="007A2370">
      <w:pPr>
        <w:jc w:val="center"/>
      </w:pPr>
      <w:r>
        <w:rPr>
          <w:b/>
          <w:sz w:val="30"/>
        </w:rPr>
        <w:t>OBEC BLÍZKOV</w:t>
      </w:r>
    </w:p>
    <w:p w14:paraId="2B0D3D3F" w14:textId="03436400" w:rsidR="00E31F95" w:rsidRDefault="007A2370">
      <w:pPr>
        <w:jc w:val="center"/>
      </w:pPr>
      <w:r>
        <w:rPr>
          <w:sz w:val="20"/>
        </w:rPr>
        <w:t>Blízkov 79, 594 4</w:t>
      </w:r>
      <w:r w:rsidR="004B123D">
        <w:rPr>
          <w:sz w:val="20"/>
        </w:rPr>
        <w:t>2</w:t>
      </w:r>
      <w:r>
        <w:rPr>
          <w:sz w:val="20"/>
        </w:rPr>
        <w:t xml:space="preserve"> Měřín</w:t>
      </w:r>
    </w:p>
    <w:p w14:paraId="35F35FA5" w14:textId="77777777" w:rsidR="00E31F95" w:rsidRDefault="007A2370">
      <w:pPr>
        <w:jc w:val="center"/>
      </w:pPr>
      <w:r>
        <w:rPr>
          <w:b/>
          <w:sz w:val="32"/>
        </w:rPr>
        <w:t>PODNĚT NA POŘÍZENÍ ZMĚNY ÚZEMNÍHO PLÁNU BLÍZKOV</w:t>
      </w:r>
    </w:p>
    <w:p w14:paraId="54A91AE7" w14:textId="77777777" w:rsidR="00E31F95" w:rsidRDefault="007A2370">
      <w:pPr>
        <w:jc w:val="center"/>
      </w:pPr>
      <w:r>
        <w:rPr>
          <w:i/>
          <w:sz w:val="19"/>
        </w:rPr>
        <w:t>podle § 109 zákona č. 283/2021 Sb., stavební zákon, ve znění pozdějších předpisů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E31F95" w14:paraId="3CC1D7E4" w14:textId="77777777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7679E136" w14:textId="77777777" w:rsidR="00E31F95" w:rsidRDefault="007A2370">
            <w:r>
              <w:rPr>
                <w:sz w:val="20"/>
              </w:rPr>
              <w:t>Tento formulář slouží k podání podnětu na pořízení změny Územního plánu Blízkov. Podnět může podat občan obce Blízkov nebo osoba, která má vlastnické nebo jiné věcné právo k pozemku nebo stavbě na území obce. Podáním podnětu nevzniká nárok na pořízení ani vydání požadované změny.</w:t>
            </w:r>
          </w:p>
        </w:tc>
      </w:tr>
    </w:tbl>
    <w:p w14:paraId="738428A8" w14:textId="77777777" w:rsidR="00E31F95" w:rsidRDefault="00E31F95"/>
    <w:p w14:paraId="3018A546" w14:textId="77777777" w:rsidR="00E31F95" w:rsidRDefault="007A2370">
      <w:pPr>
        <w:pStyle w:val="Nadpis1"/>
      </w:pPr>
      <w:r>
        <w:t>1. ÚDAJE O NAVRHOVATELI</w:t>
      </w:r>
    </w:p>
    <w:p w14:paraId="3C894C2A" w14:textId="77777777" w:rsidR="00E31F95" w:rsidRDefault="007A2370">
      <w:pPr>
        <w:spacing w:after="60"/>
      </w:pPr>
      <w:r>
        <w:rPr>
          <w:b/>
        </w:rPr>
        <w:t xml:space="preserve">Jméno a příjmení: </w:t>
      </w:r>
      <w:r>
        <w:t>______________________________________________________________________</w:t>
      </w:r>
    </w:p>
    <w:p w14:paraId="7A3BCA03" w14:textId="77777777" w:rsidR="00E31F95" w:rsidRDefault="007A2370">
      <w:pPr>
        <w:spacing w:after="60"/>
      </w:pPr>
      <w:r>
        <w:rPr>
          <w:b/>
        </w:rPr>
        <w:t xml:space="preserve">Datum narození: </w:t>
      </w:r>
      <w:r>
        <w:t>______________________________________________________________________</w:t>
      </w:r>
    </w:p>
    <w:p w14:paraId="62C1BE5D" w14:textId="77777777" w:rsidR="00E31F95" w:rsidRDefault="007A2370">
      <w:pPr>
        <w:spacing w:after="60"/>
      </w:pPr>
      <w:r>
        <w:rPr>
          <w:b/>
        </w:rPr>
        <w:t xml:space="preserve">Adresa trvalého pobytu: </w:t>
      </w:r>
      <w:r>
        <w:t>______________________________________________________________________</w:t>
      </w:r>
    </w:p>
    <w:p w14:paraId="3DB0D791" w14:textId="77777777" w:rsidR="00E31F95" w:rsidRDefault="007A2370">
      <w:pPr>
        <w:spacing w:after="60"/>
      </w:pPr>
      <w:r>
        <w:rPr>
          <w:b/>
        </w:rPr>
        <w:t xml:space="preserve">Adresa pro doručování, liší-li se: </w:t>
      </w:r>
      <w:r>
        <w:t>______________________________________________________________________</w:t>
      </w:r>
    </w:p>
    <w:p w14:paraId="444AB117" w14:textId="77777777" w:rsidR="00E31F95" w:rsidRDefault="007A2370">
      <w:pPr>
        <w:spacing w:after="60"/>
      </w:pPr>
      <w:r>
        <w:rPr>
          <w:b/>
        </w:rPr>
        <w:t xml:space="preserve">Telefon: </w:t>
      </w:r>
      <w:r>
        <w:t>______________________________________________________________________</w:t>
      </w:r>
    </w:p>
    <w:p w14:paraId="007889EA" w14:textId="77777777" w:rsidR="00E31F95" w:rsidRDefault="007A2370">
      <w:pPr>
        <w:spacing w:after="60"/>
      </w:pPr>
      <w:r>
        <w:rPr>
          <w:b/>
        </w:rPr>
        <w:t xml:space="preserve">E-mail: </w:t>
      </w:r>
      <w:r>
        <w:t>______________________________________________________________________</w:t>
      </w:r>
    </w:p>
    <w:p w14:paraId="2B4F7F38" w14:textId="77777777" w:rsidR="00E31F95" w:rsidRDefault="007A2370">
      <w:r>
        <w:t>Oprávnění podat podnět – zaškrtněte příslušnou možnost:</w:t>
      </w:r>
    </w:p>
    <w:p w14:paraId="23D05D71" w14:textId="77777777" w:rsidR="00E31F95" w:rsidRDefault="007A2370">
      <w:pPr>
        <w:pStyle w:val="Seznamsodrkami"/>
      </w:pPr>
      <w:r>
        <w:t>☐ jsem občanem obce Blízkov</w:t>
      </w:r>
    </w:p>
    <w:p w14:paraId="0B9D6BB8" w14:textId="77777777" w:rsidR="00E31F95" w:rsidRDefault="007A2370">
      <w:pPr>
        <w:pStyle w:val="Seznamsodrkami"/>
      </w:pPr>
      <w:r>
        <w:t>☐ mám vlastnické právo k pozemku nebo stavbě na území obce Blízkov</w:t>
      </w:r>
    </w:p>
    <w:p w14:paraId="313A1B65" w14:textId="77777777" w:rsidR="00E31F95" w:rsidRDefault="007A2370">
      <w:pPr>
        <w:pStyle w:val="Seznamsodrkami"/>
      </w:pPr>
      <w:r>
        <w:t>☐ mám jiné věcné právo k pozemku nebo stavbě na území obce Blízkov</w:t>
      </w:r>
    </w:p>
    <w:p w14:paraId="1D39AD99" w14:textId="77777777" w:rsidR="00E31F95" w:rsidRDefault="007A2370">
      <w:pPr>
        <w:spacing w:after="60"/>
      </w:pPr>
      <w:r>
        <w:rPr>
          <w:b/>
        </w:rPr>
        <w:t xml:space="preserve">Pozemek / stavba, ke kterým se vlastnické nebo jiné věcné právo vztahuje: </w:t>
      </w:r>
      <w:r>
        <w:t>_______________________________________________________</w:t>
      </w:r>
    </w:p>
    <w:p w14:paraId="48C595BE" w14:textId="77777777" w:rsidR="00E31F95" w:rsidRDefault="007A2370">
      <w:pPr>
        <w:pStyle w:val="Nadpis1"/>
      </w:pPr>
      <w:r>
        <w:t>2. ÚZEMNÍ PLÁN, KTERÉHO SE PODNĚT TÝKÁ</w:t>
      </w:r>
    </w:p>
    <w:p w14:paraId="5F0E8355" w14:textId="77777777" w:rsidR="00E31F95" w:rsidRDefault="007A2370">
      <w:r>
        <w:rPr>
          <w:b/>
        </w:rPr>
        <w:t xml:space="preserve">Územně plánovací dokumentace: </w:t>
      </w:r>
      <w:r>
        <w:t>Územní plán Blízkov – úplné znění po vydání Změny č. 1</w:t>
      </w:r>
    </w:p>
    <w:p w14:paraId="4AD14C37" w14:textId="77777777" w:rsidR="00E31F95" w:rsidRDefault="007A2370">
      <w:r>
        <w:t>Vydávající orgán: Zastupitelstvo obce Blízkov</w:t>
      </w:r>
    </w:p>
    <w:p w14:paraId="5A65A8E1" w14:textId="77777777" w:rsidR="00E31F95" w:rsidRDefault="007A2370">
      <w:r>
        <w:t>Navrhovaná změna se týká:</w:t>
      </w:r>
    </w:p>
    <w:p w14:paraId="090CA3D9" w14:textId="77777777" w:rsidR="00E31F95" w:rsidRDefault="007A2370">
      <w:pPr>
        <w:spacing w:after="60"/>
      </w:pPr>
      <w:r>
        <w:rPr>
          <w:b/>
        </w:rPr>
        <w:t xml:space="preserve">Katastrální území: </w:t>
      </w:r>
      <w:r>
        <w:t>______________________________________________________________________</w:t>
      </w:r>
    </w:p>
    <w:p w14:paraId="44F662B8" w14:textId="77777777" w:rsidR="00E31F95" w:rsidRDefault="007A2370">
      <w:pPr>
        <w:spacing w:after="60"/>
      </w:pPr>
      <w:r>
        <w:rPr>
          <w:b/>
        </w:rPr>
        <w:t xml:space="preserve">Parcelní číslo / parcelní čísla: </w:t>
      </w:r>
      <w:r>
        <w:t>______________________________________________________________________</w:t>
      </w:r>
    </w:p>
    <w:p w14:paraId="3B361119" w14:textId="77777777" w:rsidR="00E31F95" w:rsidRDefault="007A2370">
      <w:pPr>
        <w:spacing w:after="60"/>
      </w:pPr>
      <w:r>
        <w:rPr>
          <w:b/>
        </w:rPr>
        <w:t xml:space="preserve">Případně číslo stavby: </w:t>
      </w:r>
      <w:r>
        <w:t>______________________________________________________________________</w:t>
      </w:r>
    </w:p>
    <w:p w14:paraId="243AC746" w14:textId="77777777" w:rsidR="00E31F95" w:rsidRDefault="007A2370">
      <w:pPr>
        <w:spacing w:after="60"/>
      </w:pPr>
      <w:r>
        <w:rPr>
          <w:b/>
        </w:rPr>
        <w:lastRenderedPageBreak/>
        <w:t xml:space="preserve">Přibližná výměra dotčeného pozemku / pozemků: </w:t>
      </w:r>
      <w:r>
        <w:t>______________________________________________________________________</w:t>
      </w:r>
    </w:p>
    <w:p w14:paraId="7DFB7E13" w14:textId="77777777" w:rsidR="00E31F95" w:rsidRDefault="007A2370">
      <w:pPr>
        <w:pStyle w:val="Nadpis1"/>
      </w:pPr>
      <w:r>
        <w:t>3. SOUČASNÉ VYUŽITÍ POZEMKU PODLE ÚZEMNÍHO PLÁNU</w:t>
      </w:r>
    </w:p>
    <w:p w14:paraId="3420A134" w14:textId="77777777" w:rsidR="00E31F95" w:rsidRDefault="007A2370">
      <w:r>
        <w:t>Pokud znáte označení a název současné plochy podle územního plánu, uveďte je:</w:t>
      </w:r>
    </w:p>
    <w:p w14:paraId="62D51CEF" w14:textId="77777777" w:rsidR="00E31F95" w:rsidRDefault="007A2370">
      <w:pPr>
        <w:spacing w:after="60"/>
      </w:pPr>
      <w:r>
        <w:rPr>
          <w:b/>
        </w:rPr>
        <w:t xml:space="preserve">Označení plochy (např. BI, SV, NZ apod.): </w:t>
      </w:r>
      <w:r>
        <w:t>______________________________________________________________________</w:t>
      </w:r>
    </w:p>
    <w:p w14:paraId="24C3DCE2" w14:textId="77777777" w:rsidR="00E31F95" w:rsidRDefault="007A2370">
      <w:pPr>
        <w:spacing w:after="60"/>
      </w:pPr>
      <w:r>
        <w:rPr>
          <w:b/>
        </w:rPr>
        <w:t xml:space="preserve">Název plochy: </w:t>
      </w:r>
      <w:r>
        <w:t>______________________________________________________________________</w:t>
      </w:r>
    </w:p>
    <w:p w14:paraId="08FD9EB3" w14:textId="77777777" w:rsidR="00E31F95" w:rsidRDefault="007A2370">
      <w:r>
        <w:t>☐ Označení plochy neznám / nejsem si jistý(á).</w:t>
      </w:r>
    </w:p>
    <w:p w14:paraId="04BDEF48" w14:textId="77777777" w:rsidR="00E31F95" w:rsidRDefault="007A2370">
      <w:r>
        <w:t>Stručný popis současného využití pozemku:</w:t>
      </w:r>
    </w:p>
    <w:p w14:paraId="05913DC1" w14:textId="05D96055" w:rsidR="00E31F95" w:rsidRDefault="007A2370">
      <w:r>
        <w:t>_____________________________________________________________________________________</w:t>
      </w:r>
    </w:p>
    <w:p w14:paraId="2FFAC91D" w14:textId="7F514DF4" w:rsidR="00E31F95" w:rsidRDefault="007A2370">
      <w:r>
        <w:t>_____________________________________________________________________________________</w:t>
      </w:r>
    </w:p>
    <w:p w14:paraId="4302399F" w14:textId="6D2888DE" w:rsidR="00E31F95" w:rsidRDefault="007A2370">
      <w:r>
        <w:t>_____________________________________________________________________________________</w:t>
      </w:r>
    </w:p>
    <w:p w14:paraId="47696BAB" w14:textId="471796F9" w:rsidR="00E31F95" w:rsidRDefault="007A2370">
      <w:r>
        <w:t>_____________________________________________________________________________________</w:t>
      </w:r>
    </w:p>
    <w:p w14:paraId="12604DD7" w14:textId="77777777" w:rsidR="00E34C6F" w:rsidRDefault="00E34C6F"/>
    <w:p w14:paraId="32544FF8" w14:textId="77777777" w:rsidR="00E31F95" w:rsidRDefault="007A2370">
      <w:pPr>
        <w:pStyle w:val="Nadpis1"/>
      </w:pPr>
      <w:r>
        <w:t>4. PŘEDMĚT POŽADOVANÉ ZMĚNY</w:t>
      </w:r>
    </w:p>
    <w:p w14:paraId="678CB68E" w14:textId="77777777" w:rsidR="00E31F95" w:rsidRDefault="007A2370">
      <w:r>
        <w:t>Popište, jakou změnu územního plánu požadujete:</w:t>
      </w:r>
    </w:p>
    <w:p w14:paraId="1C446125" w14:textId="729917E5" w:rsidR="00E31F95" w:rsidRDefault="007A2370">
      <w:r>
        <w:t>_____________________________________________________________________________________</w:t>
      </w:r>
    </w:p>
    <w:p w14:paraId="064F9014" w14:textId="76369EFB" w:rsidR="00E31F95" w:rsidRDefault="007A2370">
      <w:r>
        <w:t>_____________________________________________________________________________________</w:t>
      </w:r>
    </w:p>
    <w:p w14:paraId="3556F541" w14:textId="287DE784" w:rsidR="00E31F95" w:rsidRDefault="007A2370">
      <w:r>
        <w:t>_____________________________________________________________________________________</w:t>
      </w:r>
    </w:p>
    <w:p w14:paraId="640B9BF9" w14:textId="01276ED3" w:rsidR="00E31F95" w:rsidRDefault="007A2370">
      <w:r>
        <w:t>_____________________________________________________________________________________</w:t>
      </w:r>
    </w:p>
    <w:p w14:paraId="2C6B85BC" w14:textId="60D34D26" w:rsidR="00E31F95" w:rsidRDefault="007A2370">
      <w:r>
        <w:t>_____________________________________________________________________________________</w:t>
      </w:r>
    </w:p>
    <w:p w14:paraId="33F654D0" w14:textId="77777777" w:rsidR="00E31F95" w:rsidRDefault="007A2370">
      <w:r>
        <w:t>Požadovaný budoucí způsob využití – pokud jej umíte určit:</w:t>
      </w:r>
    </w:p>
    <w:p w14:paraId="0C208F66" w14:textId="77777777" w:rsidR="00E31F95" w:rsidRDefault="007A2370">
      <w:r>
        <w:t>☐ bydlení v rodinných domech (BI)</w:t>
      </w:r>
    </w:p>
    <w:p w14:paraId="5829FBBE" w14:textId="77777777" w:rsidR="00E31F95" w:rsidRDefault="007A2370">
      <w:r>
        <w:t>☐ smíšené venkovské využití (SV)</w:t>
      </w:r>
    </w:p>
    <w:p w14:paraId="5DAB90FF" w14:textId="77777777" w:rsidR="00E31F95" w:rsidRDefault="007A2370">
      <w:r>
        <w:t>☐ občanské vybavení (OV)</w:t>
      </w:r>
    </w:p>
    <w:p w14:paraId="19E672D6" w14:textId="77777777" w:rsidR="00E31F95" w:rsidRDefault="007A2370">
      <w:r>
        <w:t>☐ sport a tělovýchova (OS)</w:t>
      </w:r>
    </w:p>
    <w:p w14:paraId="38D03A4F" w14:textId="77777777" w:rsidR="00E31F95" w:rsidRDefault="007A2370">
      <w:r>
        <w:t>☐ drobná výroba a řemeslná výroba (VD)</w:t>
      </w:r>
    </w:p>
    <w:p w14:paraId="2759B5E1" w14:textId="77777777" w:rsidR="00E31F95" w:rsidRDefault="007A2370">
      <w:r>
        <w:t>☐ zemědělská výroba (VP)</w:t>
      </w:r>
    </w:p>
    <w:p w14:paraId="37A32FA9" w14:textId="77777777" w:rsidR="00E31F95" w:rsidRDefault="007A2370">
      <w:r>
        <w:t>☐ technická infrastruktura / technické vybavení (TI)</w:t>
      </w:r>
    </w:p>
    <w:p w14:paraId="0A6845B5" w14:textId="77777777" w:rsidR="00E31F95" w:rsidRDefault="007A2370">
      <w:r>
        <w:t>☐ dopravní infrastruktura / komunikace</w:t>
      </w:r>
    </w:p>
    <w:p w14:paraId="5D46E607" w14:textId="77777777" w:rsidR="00E31F95" w:rsidRDefault="007A2370">
      <w:r>
        <w:lastRenderedPageBreak/>
        <w:t>☐ veřejné prostranství (PV)</w:t>
      </w:r>
    </w:p>
    <w:p w14:paraId="03F37A01" w14:textId="77777777" w:rsidR="00E31F95" w:rsidRDefault="007A2370">
      <w:r>
        <w:t>☐ zeleň</w:t>
      </w:r>
    </w:p>
    <w:p w14:paraId="2E9C3B93" w14:textId="77777777" w:rsidR="00E31F95" w:rsidRDefault="007A2370">
      <w:r>
        <w:t>☐ vodní plocha nebo vodní tok (W)</w:t>
      </w:r>
    </w:p>
    <w:p w14:paraId="3AA64D9F" w14:textId="77777777" w:rsidR="00E31F95" w:rsidRDefault="007A2370">
      <w:r>
        <w:t>☐ zemědělská plocha (NZ)</w:t>
      </w:r>
    </w:p>
    <w:p w14:paraId="18FC90B9" w14:textId="77777777" w:rsidR="00E31F95" w:rsidRDefault="007A2370">
      <w:r>
        <w:t>☐ jiný způsob využití: ________________________________</w:t>
      </w:r>
    </w:p>
    <w:p w14:paraId="2C48D962" w14:textId="77777777" w:rsidR="00E31F95" w:rsidRDefault="007A2370">
      <w:r>
        <w:t>☐ požadovaný způsob využití neumím přesně určit – popisuji jej níže</w:t>
      </w:r>
    </w:p>
    <w:p w14:paraId="01C845B8" w14:textId="77777777" w:rsidR="00E31F95" w:rsidRDefault="007A2370">
      <w:pPr>
        <w:pStyle w:val="Nadpis1"/>
      </w:pPr>
      <w:r>
        <w:t>5. DŮVODY PRO POŘÍZENÍ ZMĚNY</w:t>
      </w:r>
    </w:p>
    <w:p w14:paraId="7B275166" w14:textId="77777777" w:rsidR="00E31F95" w:rsidRDefault="007A2370">
      <w:r>
        <w:t>Uveďte důvody, pro které požadujete pořízení změny, a stručně popište zamýšlený záměr:</w:t>
      </w:r>
    </w:p>
    <w:p w14:paraId="2E6AA0AE" w14:textId="25438300" w:rsidR="00E31F95" w:rsidRDefault="007A2370">
      <w:r>
        <w:t>_____________________________________________________________________________________</w:t>
      </w:r>
    </w:p>
    <w:p w14:paraId="4BA30FE6" w14:textId="2A054DED" w:rsidR="00E31F95" w:rsidRDefault="007A2370">
      <w:r>
        <w:t>_____________________________________________________________________________________</w:t>
      </w:r>
    </w:p>
    <w:p w14:paraId="49A5B87B" w14:textId="288B360B" w:rsidR="00E31F95" w:rsidRDefault="007A2370">
      <w:r>
        <w:t>_____________________________________________________________________________________</w:t>
      </w:r>
    </w:p>
    <w:p w14:paraId="75A31CEC" w14:textId="7FA51FA1" w:rsidR="00E31F95" w:rsidRDefault="007A2370">
      <w:r>
        <w:t>_____________________________________________________________________________________</w:t>
      </w:r>
    </w:p>
    <w:p w14:paraId="0D998C90" w14:textId="7CBB694F" w:rsidR="00E31F95" w:rsidRDefault="007A2370">
      <w:r>
        <w:t>_____________________________________________________________________________________</w:t>
      </w:r>
    </w:p>
    <w:p w14:paraId="56B2297B" w14:textId="3CC3E56C" w:rsidR="00E31F95" w:rsidRDefault="007A2370">
      <w:r>
        <w:t>_____________________________________________________________________________________</w:t>
      </w:r>
    </w:p>
    <w:p w14:paraId="0BEE443B" w14:textId="77777777" w:rsidR="00E31F95" w:rsidRDefault="007A2370">
      <w:pPr>
        <w:pStyle w:val="Nadpis1"/>
      </w:pPr>
      <w:r>
        <w:t>6. DALŠÍ INFORMACE O DOTČENÉM POZEMKU / ZÁMĚRU</w:t>
      </w:r>
    </w:p>
    <w:p w14:paraId="4EBC382A" w14:textId="77777777" w:rsidR="00E31F95" w:rsidRDefault="007A2370">
      <w:r>
        <w:t>Pokud jsou vám informace známy, uveďte: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E31F95" w14:paraId="0E374BE8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25C38DF5" w14:textId="77777777" w:rsidR="00E31F95" w:rsidRDefault="007A2370">
            <w:r>
              <w:rPr>
                <w:b/>
                <w:sz w:val="20"/>
              </w:rPr>
              <w:t>Informace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5A29BCA7" w14:textId="77777777" w:rsidR="00E31F95" w:rsidRDefault="007A2370">
            <w:r>
              <w:rPr>
                <w:b/>
                <w:sz w:val="20"/>
              </w:rPr>
              <w:t>Stav</w:t>
            </w:r>
          </w:p>
        </w:tc>
      </w:tr>
      <w:tr w:rsidR="00E31F95" w14:paraId="6513EF19" w14:textId="77777777">
        <w:trPr>
          <w:jc w:val="center"/>
        </w:trPr>
        <w:tc>
          <w:tcPr>
            <w:tcW w:w="4986" w:type="dxa"/>
            <w:vAlign w:val="center"/>
          </w:tcPr>
          <w:p w14:paraId="7A67B2B5" w14:textId="77777777" w:rsidR="00E31F95" w:rsidRDefault="007A2370">
            <w:r>
              <w:rPr>
                <w:sz w:val="20"/>
              </w:rPr>
              <w:t>Napojení na veřejnou komunikaci</w:t>
            </w:r>
          </w:p>
        </w:tc>
        <w:tc>
          <w:tcPr>
            <w:tcW w:w="4986" w:type="dxa"/>
            <w:vAlign w:val="center"/>
          </w:tcPr>
          <w:p w14:paraId="773FC921" w14:textId="77777777" w:rsidR="00E31F95" w:rsidRDefault="007A2370">
            <w:r>
              <w:rPr>
                <w:sz w:val="20"/>
              </w:rPr>
              <w:t>☐ ano    ☐ ne    ☐ nevím</w:t>
            </w:r>
          </w:p>
        </w:tc>
      </w:tr>
      <w:tr w:rsidR="00E31F95" w14:paraId="7C26EB8C" w14:textId="77777777">
        <w:trPr>
          <w:jc w:val="center"/>
        </w:trPr>
        <w:tc>
          <w:tcPr>
            <w:tcW w:w="4986" w:type="dxa"/>
            <w:vAlign w:val="center"/>
          </w:tcPr>
          <w:p w14:paraId="48C87284" w14:textId="77777777" w:rsidR="00E31F95" w:rsidRDefault="007A2370">
            <w:r>
              <w:rPr>
                <w:sz w:val="20"/>
              </w:rPr>
              <w:t>Napojení na veřejný vodovod</w:t>
            </w:r>
          </w:p>
        </w:tc>
        <w:tc>
          <w:tcPr>
            <w:tcW w:w="4986" w:type="dxa"/>
            <w:vAlign w:val="center"/>
          </w:tcPr>
          <w:p w14:paraId="4CDE0306" w14:textId="77777777" w:rsidR="00E31F95" w:rsidRDefault="007A2370">
            <w:r>
              <w:rPr>
                <w:sz w:val="20"/>
              </w:rPr>
              <w:t>☐ ano    ☐ ne    ☐ nevím</w:t>
            </w:r>
          </w:p>
        </w:tc>
      </w:tr>
      <w:tr w:rsidR="00E31F95" w14:paraId="17B82E55" w14:textId="77777777">
        <w:trPr>
          <w:jc w:val="center"/>
        </w:trPr>
        <w:tc>
          <w:tcPr>
            <w:tcW w:w="4986" w:type="dxa"/>
            <w:vAlign w:val="center"/>
          </w:tcPr>
          <w:p w14:paraId="7C27490D" w14:textId="77777777" w:rsidR="00E31F95" w:rsidRDefault="007A2370">
            <w:r>
              <w:rPr>
                <w:sz w:val="20"/>
              </w:rPr>
              <w:t>Napojení na kanalizaci</w:t>
            </w:r>
          </w:p>
        </w:tc>
        <w:tc>
          <w:tcPr>
            <w:tcW w:w="4986" w:type="dxa"/>
            <w:vAlign w:val="center"/>
          </w:tcPr>
          <w:p w14:paraId="0A2A66D8" w14:textId="77777777" w:rsidR="00E31F95" w:rsidRDefault="007A2370">
            <w:r>
              <w:rPr>
                <w:sz w:val="20"/>
              </w:rPr>
              <w:t>☐ ano    ☐ ne    ☐ nevím</w:t>
            </w:r>
          </w:p>
        </w:tc>
      </w:tr>
      <w:tr w:rsidR="00E31F95" w14:paraId="4B6D1242" w14:textId="77777777">
        <w:trPr>
          <w:jc w:val="center"/>
        </w:trPr>
        <w:tc>
          <w:tcPr>
            <w:tcW w:w="4986" w:type="dxa"/>
            <w:vAlign w:val="center"/>
          </w:tcPr>
          <w:p w14:paraId="0FD63FC2" w14:textId="77777777" w:rsidR="00E31F95" w:rsidRDefault="007A2370">
            <w:r>
              <w:rPr>
                <w:sz w:val="20"/>
              </w:rPr>
              <w:t>Napojení na elektrickou síť</w:t>
            </w:r>
          </w:p>
        </w:tc>
        <w:tc>
          <w:tcPr>
            <w:tcW w:w="4986" w:type="dxa"/>
            <w:vAlign w:val="center"/>
          </w:tcPr>
          <w:p w14:paraId="2958B6E4" w14:textId="77777777" w:rsidR="00E31F95" w:rsidRDefault="007A2370">
            <w:r>
              <w:rPr>
                <w:sz w:val="20"/>
              </w:rPr>
              <w:t>☐ ano    ☐ ne    ☐ nevím</w:t>
            </w:r>
          </w:p>
        </w:tc>
      </w:tr>
    </w:tbl>
    <w:p w14:paraId="3262481E" w14:textId="77777777" w:rsidR="00E31F95" w:rsidRDefault="00E31F95"/>
    <w:p w14:paraId="7F756E14" w14:textId="18991D2C" w:rsidR="00E31F95" w:rsidRDefault="007A2370">
      <w:pPr>
        <w:spacing w:after="60"/>
        <w:rPr>
          <w:b/>
        </w:rPr>
      </w:pPr>
      <w:r>
        <w:rPr>
          <w:b/>
        </w:rPr>
        <w:t xml:space="preserve">Další informace důležité pro posouzení podnětu: </w:t>
      </w:r>
    </w:p>
    <w:p w14:paraId="4B428BC8" w14:textId="77777777" w:rsidR="00E34C6F" w:rsidRDefault="00E34C6F">
      <w:pPr>
        <w:spacing w:after="60"/>
      </w:pPr>
    </w:p>
    <w:p w14:paraId="570CE488" w14:textId="42454576" w:rsidR="00E31F95" w:rsidRDefault="007A2370">
      <w:r>
        <w:t>_____________________________________________________________________________________</w:t>
      </w:r>
    </w:p>
    <w:p w14:paraId="24A82B92" w14:textId="7686A8EA" w:rsidR="00E31F95" w:rsidRDefault="007A2370">
      <w:r>
        <w:t>_____________________________________________________________________________________</w:t>
      </w:r>
    </w:p>
    <w:p w14:paraId="629C44AC" w14:textId="270B0C2D" w:rsidR="00E31F95" w:rsidRDefault="007A2370">
      <w:r>
        <w:t>_____________________________________________________________________________________</w:t>
      </w:r>
    </w:p>
    <w:p w14:paraId="20036303" w14:textId="6DDED4DD" w:rsidR="00E31F95" w:rsidRDefault="007A2370">
      <w:r>
        <w:t>_____________________________________________________________________________________</w:t>
      </w:r>
    </w:p>
    <w:p w14:paraId="3CFA2C7A" w14:textId="77777777" w:rsidR="00E31F95" w:rsidRDefault="007A2370">
      <w:pPr>
        <w:pStyle w:val="Nadpis1"/>
      </w:pPr>
      <w:r>
        <w:t>7. NÁVRH ÚHRADY NÁKLADŮ</w:t>
      </w:r>
    </w:p>
    <w:p w14:paraId="64891B9C" w14:textId="77777777" w:rsidR="00E31F95" w:rsidRDefault="007A2370">
      <w:r>
        <w:t>Podle § 109 odst. 2 písm. d) stavebního zákona musí podnět obsahovat návrh úhrady nákladů spojených s pořízením změny.</w:t>
      </w:r>
    </w:p>
    <w:p w14:paraId="7AF520F6" w14:textId="77777777" w:rsidR="00E31F95" w:rsidRDefault="007A2370">
      <w:r>
        <w:t>☐ Navrhuji, aby náklady spojené s pořízením změny územního plánu hradila Obec Blízkov.</w:t>
      </w:r>
    </w:p>
    <w:p w14:paraId="28FE6FC9" w14:textId="77777777" w:rsidR="00E31F95" w:rsidRDefault="007A2370">
      <w:r>
        <w:lastRenderedPageBreak/>
        <w:t>☐ Navrhuji, aby náklady spojené s pořízením změny územního plánu hradil navrhovatel v rozsahu, který případně stanoví příslušný orgán obce.</w:t>
      </w:r>
    </w:p>
    <w:p w14:paraId="44133395" w14:textId="77777777" w:rsidR="00E31F95" w:rsidRDefault="007A2370">
      <w:r>
        <w:t>☐ Navrhuji jiný způsob úhrady:</w:t>
      </w:r>
    </w:p>
    <w:p w14:paraId="2FAEB27F" w14:textId="52F951A5" w:rsidR="00E31F95" w:rsidRDefault="007A2370">
      <w:pPr>
        <w:spacing w:after="60"/>
      </w:pPr>
      <w:r>
        <w:t>_____________________________________________________________________________________</w:t>
      </w:r>
    </w:p>
    <w:p w14:paraId="5C028408" w14:textId="41BE068D" w:rsidR="00E31F95" w:rsidRDefault="007A2370">
      <w:pPr>
        <w:spacing w:after="60"/>
      </w:pPr>
      <w:r>
        <w:t>_____________________________________________________________________________________</w:t>
      </w:r>
    </w:p>
    <w:p w14:paraId="2B05863D" w14:textId="77777777" w:rsidR="00E34C6F" w:rsidRDefault="00E34C6F">
      <w:pPr>
        <w:spacing w:after="60"/>
      </w:pPr>
    </w:p>
    <w:p w14:paraId="62FCAB7C" w14:textId="77777777" w:rsidR="00E34C6F" w:rsidRDefault="00E34C6F">
      <w:pPr>
        <w:spacing w:after="60"/>
      </w:pPr>
    </w:p>
    <w:p w14:paraId="67901533" w14:textId="77777777" w:rsidR="00E31F95" w:rsidRDefault="007A2370">
      <w:r>
        <w:rPr>
          <w:b/>
        </w:rPr>
        <w:t xml:space="preserve">Upozornění: </w:t>
      </w:r>
      <w:r>
        <w:t>Podáním podnětu se navrhovatel automaticky nezavazuje k úhradě nákladů. Je-li pořízení změny vyvoláno výhradní potřebou toho, kdo podnět podal, může schvalující orgán podmínit její pořízení částečnou nebo úplnou úhradou nákladů tímto navrhovatelem.</w:t>
      </w:r>
    </w:p>
    <w:p w14:paraId="1D8A2DC1" w14:textId="77777777" w:rsidR="00E31F95" w:rsidRDefault="007A2370">
      <w:pPr>
        <w:pStyle w:val="Nadpis1"/>
      </w:pPr>
      <w:r>
        <w:t>8. PŘÍLOHY</w:t>
      </w:r>
    </w:p>
    <w:p w14:paraId="590A11FD" w14:textId="77777777" w:rsidR="00E31F95" w:rsidRDefault="007A2370">
      <w:r>
        <w:t>☐ kopie katastrální mapy s vyznačením dotčeného pozemku / pozemků</w:t>
      </w:r>
    </w:p>
    <w:p w14:paraId="7260FEAF" w14:textId="77777777" w:rsidR="00E31F95" w:rsidRDefault="007A2370">
      <w:r>
        <w:t>☐ situační výkres nebo jiný grafický podklad</w:t>
      </w:r>
    </w:p>
    <w:p w14:paraId="0E176F5F" w14:textId="77777777" w:rsidR="00E31F95" w:rsidRDefault="007A2370">
      <w:r>
        <w:t>☐ další dokumentace:</w:t>
      </w:r>
    </w:p>
    <w:p w14:paraId="3418434A" w14:textId="65228030" w:rsidR="00E31F95" w:rsidRDefault="007A2370">
      <w:r>
        <w:t>_____________________________________________________________________________________</w:t>
      </w:r>
    </w:p>
    <w:p w14:paraId="21DA3511" w14:textId="779C9DDB" w:rsidR="00E31F95" w:rsidRDefault="007A2370">
      <w:r>
        <w:t>_____________________________________________________________________________________</w:t>
      </w:r>
    </w:p>
    <w:p w14:paraId="4B329615" w14:textId="77777777" w:rsidR="00E31F95" w:rsidRDefault="007A2370">
      <w:pPr>
        <w:pStyle w:val="Nadpis1"/>
      </w:pPr>
      <w:r>
        <w:t>9. PROHLÁŠENÍ NAVRHOVATELE</w:t>
      </w:r>
    </w:p>
    <w:p w14:paraId="6EB4735A" w14:textId="77777777" w:rsidR="00E31F95" w:rsidRDefault="007A2370">
      <w:r>
        <w:t>☐ Prohlašuji, že údaje uvedené v tomto podnětu jsou pravdivé a úplné.</w:t>
      </w:r>
    </w:p>
    <w:p w14:paraId="1BBA27BA" w14:textId="77777777" w:rsidR="00E31F95" w:rsidRDefault="007A2370">
      <w:r>
        <w:t>☐ Beru na vědomí, že podáním podnětu nevzniká nárok na pořízení ani vydání požadované změny územního plánu.</w:t>
      </w:r>
    </w:p>
    <w:p w14:paraId="4F92D0ED" w14:textId="77777777" w:rsidR="00E31F95" w:rsidRDefault="007A2370">
      <w:r>
        <w:t>☐ Beru na vědomí, že podnět bude posouzen podle stavebního zákona a dalších právních předpisů.</w:t>
      </w:r>
    </w:p>
    <w:p w14:paraId="4E660371" w14:textId="77777777" w:rsidR="00E31F95" w:rsidRDefault="00E31F95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E31F95" w14:paraId="0F6C4B7C" w14:textId="77777777" w:rsidTr="00E34C6F">
        <w:trPr>
          <w:trHeight w:val="707"/>
          <w:jc w:val="center"/>
        </w:trPr>
        <w:tc>
          <w:tcPr>
            <w:tcW w:w="4986" w:type="dxa"/>
            <w:vAlign w:val="center"/>
          </w:tcPr>
          <w:p w14:paraId="3A9EDCBE" w14:textId="77777777" w:rsidR="00E31F95" w:rsidRDefault="007A2370">
            <w:r>
              <w:rPr>
                <w:b/>
                <w:sz w:val="20"/>
              </w:rPr>
              <w:t>V</w:t>
            </w:r>
          </w:p>
        </w:tc>
        <w:tc>
          <w:tcPr>
            <w:tcW w:w="4986" w:type="dxa"/>
            <w:vAlign w:val="center"/>
          </w:tcPr>
          <w:p w14:paraId="7B8744EE" w14:textId="4E60D464" w:rsidR="00E31F95" w:rsidRDefault="00E31F95"/>
        </w:tc>
      </w:tr>
      <w:tr w:rsidR="00E31F95" w14:paraId="6D541AE7" w14:textId="77777777" w:rsidTr="00E34C6F">
        <w:trPr>
          <w:trHeight w:val="689"/>
          <w:jc w:val="center"/>
        </w:trPr>
        <w:tc>
          <w:tcPr>
            <w:tcW w:w="4986" w:type="dxa"/>
            <w:vAlign w:val="center"/>
          </w:tcPr>
          <w:p w14:paraId="4898929D" w14:textId="77777777" w:rsidR="00E31F95" w:rsidRDefault="007A2370">
            <w:proofErr w:type="spellStart"/>
            <w:r>
              <w:rPr>
                <w:b/>
                <w:sz w:val="20"/>
              </w:rPr>
              <w:t>Dne</w:t>
            </w:r>
            <w:proofErr w:type="spellEnd"/>
          </w:p>
        </w:tc>
        <w:tc>
          <w:tcPr>
            <w:tcW w:w="4986" w:type="dxa"/>
            <w:vAlign w:val="center"/>
          </w:tcPr>
          <w:p w14:paraId="203D5E37" w14:textId="73C0E7A7" w:rsidR="00E31F95" w:rsidRDefault="00E31F95"/>
        </w:tc>
      </w:tr>
      <w:tr w:rsidR="00E31F95" w14:paraId="144A8237" w14:textId="77777777" w:rsidTr="00E34C6F">
        <w:trPr>
          <w:trHeight w:val="1280"/>
          <w:jc w:val="center"/>
        </w:trPr>
        <w:tc>
          <w:tcPr>
            <w:tcW w:w="4986" w:type="dxa"/>
            <w:vAlign w:val="center"/>
          </w:tcPr>
          <w:p w14:paraId="4E98EF3A" w14:textId="77777777" w:rsidR="00E31F95" w:rsidRDefault="007A2370">
            <w:proofErr w:type="spellStart"/>
            <w:r>
              <w:rPr>
                <w:b/>
                <w:sz w:val="20"/>
              </w:rPr>
              <w:t>Podpis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navrhovatele</w:t>
            </w:r>
            <w:proofErr w:type="spellEnd"/>
          </w:p>
        </w:tc>
        <w:tc>
          <w:tcPr>
            <w:tcW w:w="4986" w:type="dxa"/>
            <w:vAlign w:val="center"/>
          </w:tcPr>
          <w:p w14:paraId="5C1E5FB5" w14:textId="47EC4A9D" w:rsidR="00E31F95" w:rsidRDefault="00E31F95"/>
        </w:tc>
      </w:tr>
    </w:tbl>
    <w:p w14:paraId="09723B32" w14:textId="77777777" w:rsidR="00E31F95" w:rsidRDefault="007A2370">
      <w:r>
        <w:br w:type="page"/>
      </w:r>
    </w:p>
    <w:p w14:paraId="7E559E04" w14:textId="77777777" w:rsidR="00E31F95" w:rsidRDefault="007A2370">
      <w:pPr>
        <w:pStyle w:val="Nadpis1"/>
      </w:pPr>
      <w:r>
        <w:lastRenderedPageBreak/>
        <w:t>INFORMACE K PODÁNÍ PODNĚTU</w:t>
      </w:r>
    </w:p>
    <w:p w14:paraId="359BE9C7" w14:textId="77777777" w:rsidR="00E31F95" w:rsidRDefault="007A2370">
      <w:r>
        <w:t>Podnět se podává Obci Blízkov jako příslušnému schvalujícímu orgánu pro Územní plán Blízkov. Obec podnět dále zpracovává postupem podle stavebního zákona.</w:t>
      </w:r>
    </w:p>
    <w:p w14:paraId="3964478B" w14:textId="77777777" w:rsidR="00E31F95" w:rsidRDefault="007A2370">
      <w:r>
        <w:t>Pokud podnět neobsahuje návrh zadání změny a stanoviska podle § 109 odst. 3 stavebního zákona, obec jej shromažďuje a vyhodnocuje postupem podle § 107 odst. 2 písm. f) stavebního zákona.</w:t>
      </w:r>
    </w:p>
    <w:p w14:paraId="57196793" w14:textId="403F0BA6" w:rsidR="00E31F95" w:rsidRDefault="007A2370">
      <w:r>
        <w:t>Podnět lze podat písemně na adrese Obec Blízkov, Blízkov 79, 594 4</w:t>
      </w:r>
      <w:r w:rsidR="004B123D">
        <w:t>2</w:t>
      </w:r>
      <w:r>
        <w:t xml:space="preserve"> Měřín, nebo jiným způsobem podání umožněným obcí.</w:t>
      </w:r>
    </w:p>
    <w:p w14:paraId="04A76891" w14:textId="77777777" w:rsidR="00E31F95" w:rsidRDefault="007A2370">
      <w:r>
        <w:t>Doporučení pro navrhovatele: Pokud je podnět zaměřen na konkrétní pozemek, přiložte katastrální mapu s jednoznačně vyznačeným dotčeným pozemkem. Pokud neznáte označení plochy podle územního plánu, není nutné je určovat – obec jej ověří.</w:t>
      </w:r>
    </w:p>
    <w:p w14:paraId="25634750" w14:textId="77777777" w:rsidR="00E31F95" w:rsidRDefault="007A2370">
      <w:r>
        <w:rPr>
          <w:b/>
        </w:rPr>
        <w:t xml:space="preserve">Právní základ: </w:t>
      </w:r>
      <w:r>
        <w:t>§ 87, § 107 až § 111 zákona č. 283/2021 Sb., stavební zákon, ve znění pozdějších předpisů.</w:t>
      </w:r>
    </w:p>
    <w:p w14:paraId="6CB38A39" w14:textId="77777777" w:rsidR="00E31F95" w:rsidRDefault="007A2370">
      <w:r>
        <w:rPr>
          <w:b/>
        </w:rPr>
        <w:t xml:space="preserve">Poznámka k aktuálnímu ÚP Blízkov: </w:t>
      </w:r>
      <w:r>
        <w:t>Formulář vychází z dokumentu „Územní plán Blízkov – úplné znění po vydání Změny č. 1“ (duben 2019), v němž jsou jako základní funkční plochy uvedeny mimo jiné BI – bydlení v rodinných domech, OV – veřejná občanská vybavenost, OS – sport a tělovýchova, PV – veřejná prostranství, SV – plochy smíšené venkovské, TI – plochy technického vybavení, VD – drobná výroba a řemeslná výroba, VP – zemědělská výroba, ZP – sídelní zeleň přírodního charakteru, W – vodní plochy a toky a další plochy.</w:t>
      </w:r>
    </w:p>
    <w:sectPr w:rsidR="00E31F95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B8AC8" w14:textId="77777777" w:rsidR="001400EC" w:rsidRDefault="001400EC">
      <w:pPr>
        <w:spacing w:after="0" w:line="240" w:lineRule="auto"/>
      </w:pPr>
      <w:r>
        <w:separator/>
      </w:r>
    </w:p>
  </w:endnote>
  <w:endnote w:type="continuationSeparator" w:id="0">
    <w:p w14:paraId="35DEDA0F" w14:textId="77777777" w:rsidR="001400EC" w:rsidRDefault="00140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EA874" w14:textId="77777777" w:rsidR="00E31F95" w:rsidRDefault="007A2370">
    <w:pPr>
      <w:pStyle w:val="Zpat"/>
      <w:jc w:val="center"/>
    </w:pPr>
    <w:r>
      <w:rPr>
        <w:sz w:val="16"/>
      </w:rPr>
      <w:t xml:space="preserve">Obec Blízkov – </w:t>
    </w:r>
    <w:proofErr w:type="spellStart"/>
    <w:r>
      <w:rPr>
        <w:sz w:val="16"/>
      </w:rPr>
      <w:t>Podnět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pořízení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změny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Územního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plánu</w:t>
    </w:r>
    <w:proofErr w:type="spellEnd"/>
    <w:r>
      <w:rPr>
        <w:sz w:val="16"/>
      </w:rPr>
      <w:t xml:space="preserve"> Blízkov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59831" w14:textId="77777777" w:rsidR="001400EC" w:rsidRDefault="001400EC">
      <w:pPr>
        <w:spacing w:after="0" w:line="240" w:lineRule="auto"/>
      </w:pPr>
      <w:r>
        <w:separator/>
      </w:r>
    </w:p>
  </w:footnote>
  <w:footnote w:type="continuationSeparator" w:id="0">
    <w:p w14:paraId="4FED8FA3" w14:textId="77777777" w:rsidR="001400EC" w:rsidRDefault="00140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0987397">
    <w:abstractNumId w:val="8"/>
  </w:num>
  <w:num w:numId="2" w16cid:durableId="18166829">
    <w:abstractNumId w:val="6"/>
  </w:num>
  <w:num w:numId="3" w16cid:durableId="328867645">
    <w:abstractNumId w:val="5"/>
  </w:num>
  <w:num w:numId="4" w16cid:durableId="2025939009">
    <w:abstractNumId w:val="4"/>
  </w:num>
  <w:num w:numId="5" w16cid:durableId="1100375133">
    <w:abstractNumId w:val="7"/>
  </w:num>
  <w:num w:numId="6" w16cid:durableId="1758792990">
    <w:abstractNumId w:val="3"/>
  </w:num>
  <w:num w:numId="7" w16cid:durableId="1828983600">
    <w:abstractNumId w:val="2"/>
  </w:num>
  <w:num w:numId="8" w16cid:durableId="1750299525">
    <w:abstractNumId w:val="1"/>
  </w:num>
  <w:num w:numId="9" w16cid:durableId="8990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0EC"/>
    <w:rsid w:val="0015074B"/>
    <w:rsid w:val="001D0917"/>
    <w:rsid w:val="002046AD"/>
    <w:rsid w:val="0029639D"/>
    <w:rsid w:val="00326F90"/>
    <w:rsid w:val="004B123D"/>
    <w:rsid w:val="007A2370"/>
    <w:rsid w:val="00AA1D8D"/>
    <w:rsid w:val="00B47730"/>
    <w:rsid w:val="00CB0664"/>
    <w:rsid w:val="00E31F95"/>
    <w:rsid w:val="00E34C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59558E"/>
  <w14:defaultImageDpi w14:val="300"/>
  <w15:docId w15:val="{9DAD294C-F8CC-4F18-BBE2-F42524A4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1153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obec blizkov</cp:lastModifiedBy>
  <cp:revision>2</cp:revision>
  <dcterms:created xsi:type="dcterms:W3CDTF">2026-09-14T14:23:00Z</dcterms:created>
  <dcterms:modified xsi:type="dcterms:W3CDTF">2026-09-14T14:23:00Z</dcterms:modified>
  <cp:category/>
</cp:coreProperties>
</file>